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מילים שונות לקבוצה פוליטית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הומור כמו הגזמה ואירוניה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קצרה בהשראת דוגמה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ההיגיון שמאחורי בניית שאלון אישיות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מעולם הפוליטיקה – מה המילה הנכונה?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'שלשלו אותו לקלפי' – כלומר הקלפי היא תיבת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לשלשל פירושו להכניס את הפתק פנימה לתוך הקלפי, לא לקרוע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מעולם הפוליטיקה – מתאימים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("מי הביא עוגיות?")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("שכחתי את המטען")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מעולם הפוליטיקה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שתיהן קבוצה של אנשים עם רעיון משותף, אך 'תנועה' נשמעת יותר כמו קבוצה שפועלת למען שינוי, ו'מפלגה' היא שם כללי לקבוצה שמשתתפת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שמנו קופסה על השולחן, וזו תהיה הקלפי להצבעה על טיול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הומור וכתיבה מצחיקה – הכרות עם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הגזמה על הצורך בכמות קפה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תסכול מחוסר קשר טלפוני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הומור וכתיבה מצחיקה – מצבים מוכרים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הצלצול שמסמן סוף שיעור או הפסקה הוא חלק מהיום יום של כל מורה ותלמיד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ההומור מבוסס דווקא על מצבים מוכרים וחוזרים שכל מורה ומורה מכירים מניסיון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הומור וכתיבה מצחיקה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(חיפוש אחר חפץ קטן ושימושי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(ציפייה לכיבוד משותף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(תקלה טכנית מוכרת שמעצבנת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(שכחת ציוד אלקטרוני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הומור וכתיבה מצחיקה – אירוניה בשמות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כתיבה יצירתית: מפלגה משלי – מה כבר ראינו באתר?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קטן ומצחיק מחיי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כתיבה יצירתית: מפלגה משלי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מדפסת (🖨️)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כתיבה יצירתית: מפלגה משלי – הקמת המפלגה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איך בונים שאלון אישיות – מה כתוב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במפורש שהשאלון כולל 11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בדיוק שני השלבים המופיעים בעמוד הראשי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שאלון אישיות – התאמת מפלגה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נחבל ואין קרח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(מורה בטיול שנתי שאין לו קליטה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(הסוללה של הטלפון של המורה עומדת להיגמר)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(ערימת מבחנים שמחכה על השולחן)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שאלון אישיות – כתיבת שאלות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לשון נכונה וכתיבה מגוונת – זיהוי לשון מכלילה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הניסוח פונה רק לזכרים, הכתיבה המכלילה היא 'מורים ומורות'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פונה גם לבנים וגם 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נכונה וכתיבה מגוונת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מורים ומורות יקרים/ות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נכונה וכתיבה מגוונת – התאמת סיסמאות לאימוג׳ים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(🧊)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נכונה וכתיבה מגוונת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להצבעת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יצירתי הקשור לבעיה מוכרת מהכיתה, עם הסבר קצר על ההומור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שהמילים דומות אך לא זהות, עם דוגמה אחת לפחות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הגזמה או אירוניה ומסבירה מה מצחיק בה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מקורי, סמל מתאים וסיסמה קצרה עד שמונה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לשני שיעורים –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בפרק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כתיבת שאלה נוספת לשאלון בהשראת 11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שיתוף בכיתה בסוף השיעור, כדי שכל תלמיד יציג מפלגה אחת שהמציא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נעבוד על האתר המשעשע על חדר המורים. בכל פרק יש תרגילים קצרים – אפשר לפתור לבד או בזוגות. קראו כל דוגמה מהאתר לפני שעונים.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?  ·  מדפסת (🖨️)  ·  עוגיות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מילים מעולם הפוליטיקה – מה המילה הנכונה?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קלפי היא הקופסה שלתוכה משלשלים את הפתק עם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'לשלשל' פירושה לקרוע את הפתק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מילים מעולם הפוליטיקה – מתאימים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"מי הביא עוגיות?"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"איפה הכוס החד-פעמית שלי?"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מילים מעולם הפוליטיקה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המילה 'מפלגה' למילה 'תנועה', לפי הדוגמאות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משלכם שבו משתמשים במילה 'קלפי' בהקשר של הכיתה (לא פוליטי אמיתי)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הומור וכתיבה מצחיקה – הכרות עם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השם 'מפלגת הקפה השלישי'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זו מפלגה אמיתית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יש בו הגזמה על הצורך בכמות קפה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מדובר בקפה איכותי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רגש מבטא השם 'ברית אין לי קליטה בטיול'?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תסכול מחוסר קשר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גאווה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הומור וכתיבה מצחיקה – מצבים מוכרים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'תנועת הצלצול המוקדם' מתאר מצב מוכר מחיי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ההומור באתר מבוסס על מצבים נדירים שכמעט אף פעם לא קורים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הומור וכתיבה מצחיקה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מפלגת איפה הכוס החד-פעמית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שכחת ציוד אלקטרוני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תנועת מי הביא עוגיות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תקלה טכנית מוכרת שמעצבנת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ציפייה לכיבוד משותף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רשימת שכחתי את המטען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חיפוש אחר חפץ קטן ושימושי בחדר המורים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הומור וכתיבה מצחיקה – אירוניה בשמות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כתיבה יצירתית: מפלגה משלי – מה כבר ראינו באתר?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משותף לכל המפלגות שמופיעות באתר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נושא רציני מהפוליטיקה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נושא קטן ומצחיק מחיי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נושא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בכמה שלבים מצביעים בקלפי של 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הסמל של מפלגת "איפה הכוס החד-פעמית שלי?"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🥄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כתיבה יצירתית: מפלגה משלי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תנועת "מי הביא עוגיות?" עוסקת בחיפוש אחר __________ בחדר המורים.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סיעת מכונת הצילום התקועה מיוצגת על ידי סמל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כתיבה יצירתית: מפלגה משלי – הקמת המפלגה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איך בונים שאלון אישיות – מה כתוב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בשאלון שבאתר יש 11 שאלות שעוזרות לגלות איזו 'מפלגה' מתאימה 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'להצביע' באתר צריך קודם לבחור פתק ואז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איך בונים שאלון אישיות – התאמת מפלגה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מפלגת "איפה יש קרח לתלמיד?"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ערימת מבחנים שמחכה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ברית "אין לי קליטה בטיול"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הסוללה של הטלפון של המורה עומדת להיגמר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רשימת "שכחתי את המטען"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מורה בטיול שנתי שאין לו קליטה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מפלגת "עוד לא בדקתי מבחנים"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תלמיד נחבל ואין קרח בחדר המורים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איך בונים שאלון אישיות – כתיבת שאלות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לשון נכונה וכתיבה מגוונת – זיהוי לשון מכלילה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הפנייה 'מורים יקרים, גשו לקלפי' היא דוגמה ללשון רבים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הניסוח 'תלמידים ותלמידות, בחרו פתק' הוא דוגמה נכונה ללשון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לשון נכונה וכתיבה מגוונת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ניסוח הוא בלשון רבים מכלילה?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מורים ומורות יקרים/ות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לשון נכונה וכתיבה מגוונת – התאמת סיסמאות לאימוג׳ים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 הכוס החד-פעמית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🥄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למישהו כפית?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 יש קרח לתלמיד?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 הביא עוגיות?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🧊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לשון נכונה וכתיבה מגוונת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מזמין פיצה__________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המקורית של המילה "קלפי"?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 להצבעת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באתר מתארת קבוצה קטנה בתוך מפלגה, כמו "סיעת הספה בחדר המורים"?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מפלגה באתר עוסקת בחוסר קפה בחדר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ברית אין לי קליטה בטיול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המציאו שם מצחיק למפלגה חדשה שמתארת בעיה אמיתית מהכיתה שלכם, ונמקו בקצרה למה הוא מצחיק.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 או יודעת להסביר את ההבדל בין מפלגה, סיעה ותנועה?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לזהות לפחות שני אמצעי הומור בשמות שמופיעים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