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🗳️ הקלפי של חדר המורים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הקלפי של חדר המורים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ולהבחין בין מילים שונות לקבוצה פוליטית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 הומור כמו הגזמה ואירוניה בטקסט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קצרה בהשראת דוגמה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ההיגיון שמאחורי בניית שאלון אישיות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מילים מעולם הפוליטיקה – מה המילה הנכונה?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כתוב 'שלשלו אותו לקלפי' – כלומר הקלפי היא תיבת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לשלשל פירושו להכניס את הפתק פנימה לתוך הקלפי, לא לקרוע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מילים מעולם הפוליטיקה – מתאימים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("איפה הכוס החד-פעמית שלי?")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(מכונת הצילום התקועה)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("מי הביא עוגיות?")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("שכחתי את המטען")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("אין לי קליטה בטיול")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(הגוש השקט בהפסקה)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מילים מעולם הפוליטיקה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מקובלת: שתיהן קבוצה של אנשים עם רעיון משותף, אך 'תנועה' נשמעת יותר כמו קבוצה שפועלת למען שינוי, ו'מפלגה' היא שם כללי לקבוצה שמשתתפת בהצבעה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שמנו קופסה על השולחן, וזו תהיה הקלפי להצבעה על טיול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'סיעת מכונת הצילום התקועה' או 'רשימת שכחתי את המטען' - המילים נבחרו כי הן נשמעות רשמיות ומצחיקות יחד עם הנושא הקטן והיומיומי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- חשוב שהתלמיד יסביר קשר הגיוני בין המילה למאפייני הקבוצה שבחר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הומור וכתיבה מצחיקה – הכרות עם ההומור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יש בו הגזמה על הצורך בכמות קפה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תסכול מחוסר קשר טלפוני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הצגת דבר קטן כגדול ומוגזם כדי לגרום לצחוק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הומור וכתיבה מצחיקה – מצבים מוכרים ואירוניה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הצלצול שמסמן סוף שיעור או הפסקה הוא חלק מהיום יום של כל מורה ותלמיד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ההומור מבוסס דווקא על מצבים מוכרים וחוזרים שכל מורה ומורה מכירים מניסיון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השם מגזים ומתאר תהליך הירדמות מיידית אחרי מענה להודעה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הומור וכתיבה מצחיקה – זיהוי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(חיפוש אחר חפץ קטן ושימושי בחדר המורים)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(ציפייה לכיבוד משותף בחדר המורים)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(תקלה טכנית מוכרת שמעצבנת את 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(שכחת ציוד אלקטרוני חשוב)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(התמודדות הומוריסטית עם עומס ולחץ)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הומור וכתיבה מצחיקה – אירוניה בשמות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תנועת נשימה עמוקה, זה רק יום 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כתיבה יצירתית: מפלגה משלי – מה כבר ראינו באתר?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נושא קטן ומצחיק מחיי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גלו איזו מפלגה אתם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ברית "אין לי קליטה בטיול"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כתיבה יצירתית: מפלגה משלי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עוגיות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מדפסת (🖨️)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עומס או דחיינות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עייפות או לחץ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כתיבה יצירתית: מפלגה משלי – הקמת המפלגה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נושא יומיומי מבית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סמל והסבר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- שם מקורי בהשראת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 - סיסמה קצרה ומשעשעת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איך בונים שאלון אישיות – מה כתוב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כתוב במפורש שהשאלון כולל 11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בדיוק שני השלבים המופיעים בעמוד הראשי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מפלגה הומוריסטית על הצורך בכוס קפה נוספת במהלך יום הלימודים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מדובר במשחק הומוריסטי על מצבים מוכרים בחדר המורים, לא בפוליטיקה 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הרעיון ההומוריסטי שמסתתר מאחורי שם המפלגה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איך בונים שאלון אישיות – התאמת מפלגה למצב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(תלמיד נחבל ואין קרח בחדר המורים)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(מורה בטיול שנתי שאין לו קליטה בטלפון)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(הסוללה של הטלפון של המורה עומדת להיגמר)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(ערימת מבחנים שמחכה על השולחן)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(מורה שמחכה להדפיס דפי עבודה והמכונה נתקעת)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איך בונים שאלון אישיות – כתיבת שאלות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מה אתם עושים כשנגמר הזמן בהפסקה? א. רצים לבדוק מבחנים (מפלגת 'עוד לא בדקתי מבחנים') ב. יוצאים לנשום רגע בשקט (תנועת 'נשימה עמוקה') ג. מחפשים עוד עוגייה (תנועת 'מי הביא עוגיות')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שהשאלון יתאים לאנשים שונים ולא ידרג מי צודק; כל תשובה מובילה לתוצאה שמתארת סוג אחר של מורה, וכך השאלון נשאר משעשע והוגן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לדוגמה, בין 'מפלגת הקפה השלישי' ל'תנועת נשימה עמוקה': מה עושים כשיש חמש דקות פנויות בהפסקה? א. הולכים להכין קפה נוסף ב. עוצמים עיניים ונושמים עמוק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לשון נכונה וכתיבה מגוונת – זיהוי לשון מכלילה ופיסוק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הניסוח פונה רק לזכרים, הכתיבה המכלילה היא 'מורים ומורות'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פונה גם לבנים וגם לבנות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סימן השאלה מתאים למשפט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הפיסוק עוזר להעביר את הטון, למשל תמיהה או 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לשון נכונה וכתיבה מגוונת – תרגול יישומי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מורים ומורות יקרים/ות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סימן 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לשון נכונה וכתיבה מגוונת – התאמת סיסמאות לאימוג׳ים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(🥤)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(🥄)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(🧊)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(🔌)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לשון נכונה וכתיבה מגוונת – כתיבה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תיבה להצבעת 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מפלגת הקפה השלישי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לגלות איזו מפלגה הכי מתאימה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הפרזה על מצב יומיומי 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התאגדות של כמה גורמים סביב מטרה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קשר לחוויה אמיתית ומוכרת, בלי לפגוע באף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שימוש במילים נרדפות ומשפטים בסגנונות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יצירתי הקשור לבעיה מוכרת מהכיתה, עם הסבר קצר על ההומור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יש ניגוד בין עולם רציני (פוליטיקה) לבין מצבים קטנים ויומיומיים בחדר המורים, והניגוד הזה מצחיק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שתי שאלות רב-ברירה קצרות שמתאימות לרוח השאלון באתר ומובילות לתוצאה הומוריסטית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הבנה שהמילים דומות אך לא זהות, עם דוגמה אחת לפחות מהאתר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מזהה הגזמה או אירוניה ומסבירה מה מצחיק בה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שם מקורי, סמל מתאים וסיסמה קצרה עד שמונה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לשני שיעורים – שיעור ראשון לפרקים 1-2, שיעור שני לפרקים 3-5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רשימת מילים מוכנה לבחירה בפרק הכתיבה היצירתית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משימה של כתיבת שאלה נוספת לשאלון בהשראת 11 השאלות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שיתוף בכיתה בסוף השיעור, כדי שכל תלמיד יציג מפלגה אחת שהמציא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🗳️ הקלפי של חדר המורים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הקלפי של חדר המורים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נתרגל עם האתר המצחיק על חדר המורים. בכל פרק יש שאלות קצרות. קראו קודם את הדוגמה, ואז ענו.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קופסה שמצביעים לתוכה פתק בבחירות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מפלגה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אנשים עם דעה משותפת שמתמודדת בבחירות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קטנה יותר בתוך גוף פוליטי גדול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שפועלת יחד למטרה משותפת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מועמדים שמתמודדת יחד בבחירות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או שיתוף פעולה בין קבוצות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גדולה שמורכבת ממספר גופים קטנים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סאטירה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מצחיקה שמבקרת משהו בעזרת הגזמה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הומור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לגרום לצחוק בעזרת הפתעה או הגזמה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לשלשל פתק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להכניס פתק לקלפי בזמן הצבעה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מילים מעולם הפוליטיקה – מה המילה הנכונה?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קלפי היא הקופסה שלתוכה משלשלים את הפתק עם ההצבעה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'לשלשל' פירושה לקרוע את הפתק לפני ההצבעה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מילים מעולם הפוליטיקה – מתאימים ביחד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מפלגה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הגוש השקט בהפסקה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"איפה הכוס החד-פעמית שלי?"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"שכחתי את המטען"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"אין לי קליטה בטיול"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"מי הביא עוגיות?"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גוש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מכונת הצילום התקועה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מילים מעולם הפוליטיקה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המילה 'מפלגה' למילה 'תנועה', לפי הדוגמאות באתר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משלכם שבו משתמשים במילה 'קלפי' בהקשר של הכיתה (לא פוליטי אמיתי)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באתר שם מפלגה שמתחיל במילה 'סיעת' או 'רשימת' והסבירו מדוע לדעתכם נבחרה דווקא מילה זו ולא 'מפלגה'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שלוש מילים מהתרגיל (מפלגה, סיעה, תנועה, רשימה, ברית, גוש) הייתם בוחרים כדי לתאר קבוצות שונות בכיתה שלכם, ולמה דווקא אותן?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הומור וכתיבה מצחיקה – הכרות עם ההומור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מצחיק בשם 'מפלגת הקפה השלישי'?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זו מפלגה אמיתית בכנסת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יש בו הגזמה על הצורך בכמות קפה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מדובר בקפה איכותי במיוחד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שם רציני ועצוב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מרגיש מי שנתן לשם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תסכול מחוסר קשר טלפוני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גאווה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שעמום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'הגזמה' בבדיחה?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מדויק של המציאות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הצגת דבר קטן כגדול ומוגזם כדי לגרום לצחוק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שימוש במילים קשות וגבוהות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כתיבה רצינית ועניינית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הומור וכתיבה מצחיקה – מצבים מוכרים ואירוניה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'תנועת הצלצול המוקדם' מתאר מצב מוכר מחיי בית הספר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ההומור באתר מבוסס על מצבים נדירים שכמעט אף פעם לא קורים בבית 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'תנועת ראיתי, עניתי, נרדמתי' מתאר בהגזמה קומית עייפות קיצונית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הומור וכתיבה מצחיקה – זיהוי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מפלגת איפה הכוס החד-פעמית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תקלה טכנית מוכרת שמעצבנת את 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תנועת מי הביא עוגיות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התמודדות הומוריסטית עם עומס ולחץ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סיעת מכונת הצילום התקועה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חיפוש אחר חפץ קטן ושימושי בחדר המורים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רשימת שכחתי את המטען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ציפייה לכיבוד משותף בחדר המורים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תנועת נשימה עמוקה זה רק יום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שכחת ציוד אלקטרוני חשוב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הומור וכתיבה מצחיקה – אירוניה בשמות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שם אומר דבר אחד אבל מתכוון להפך?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מפלגת הקפה השלישי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תנועת נשימה עמוקה, זה רק 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שכחתי את המטען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סיעת הספה בחדר המורים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כתיבה יצירתית: מפלגה משלי – מה כבר ראינו באתר?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הנושא של כל המפלגות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נושא רציני מהפוליטיקה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נושא קטן ומצחיק מחיי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נושא מתמטי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נושא 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שלבים יש בהצבעה?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שלב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אמוג'י שייך למפלגת הכוסות?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🥄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🧊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לשאלון שבסוף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מבחן האישיות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גלו איזו מפלגה אתם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הצבעה חוזרת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סקר דעת 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מפלגה קשורה לטלפון בטיול?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ברית "אין לי קליטה בטיול"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תנועת הצלצול המוקדם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"שכחתי את המטען"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מפלגת הקפה השלישי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כתיבה יצירתית: מפלגה משלי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תנועת "מי הביא עוגיות?" עוסקת בחיפוש אחר __________ בחדר המורים.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סיעת מכונת הצילום התקועה מיוצגת על ידי סמל 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מפלגת "עוד לא בדקתי מבחנים" מתארת תחושה מוכרת של __________ אצל מורים.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תנועת "נשימה עמוקה, זה רק יום שלישי" משתמשת בהומור כדי לתאר __________ של המורים באמצע השבוע.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כתיבה יצירתית: מפלגה משלי – הקמת המפלגה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קטן מחיי בית הספר שמשעשע או מרגיז אתכם לפעמים, וכתבו אותו במשפט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סמל אמוג'י אחד שמתאים לנושא שבחרתם, וכתבו למה בחרתם דווקא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שם למפלגה החדשה שלכם, בהשראת שמות כמו "מפלגת...", "תנועת..." או "סיעת..."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סיסמה קצרה (עד 8 מילים) למפלגה שלכם, בסגנון המפלגות באתר.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איך בונים שאלון אישיות – מה כתוב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בשאלון שבאתר יש 11 שאלות שעוזרות לגלות איזו 'מפלגה' מתאימה לכם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'להצביע' באתר צריך קודם לבחור פתק ואז לשלשל אותו לקלפי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'מפלגת הקפה השלישי' עוסקת בתלמידים שלא הביאו שיעורי 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ה'מפלגות' באתר מייצגות מפלגות פוליטיות אמיתיות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'תנועת הצלצול המוקדם' מתייחס למורים שהיו רוצים שהפעמון יצלצל מוקדם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איך בונים שאלון אישיות – התאמת מפלגה למצב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מפלגת "איפה יש קרח לתלמיד?"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ערימת מבחנים שמחכה על השולחן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ברית "אין לי קליטה בטיול"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הסוללה של הטלפון של המורה עומדת להיגמר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רשימת "שכחתי את המטען"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תלמיד נחבל ואין קרח בחדר המורים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מפלגת "עוד לא בדקתי מבחנים"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מורה שמחכה להדפיס דפי עבודה והמכונה נתקעת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סיעת מכונת הצילום התקועה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מורה בטיול שנתי שאין לו קליטה בטלפון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איך בונים שאלון אישיות – כתיבת שאלות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נסחו שאלה סגורה אחת עם 3 אפשרויות תשובה, שיכולה להופיע בשאלון, כך שכל אפשרות תתאים ל'מפלגה' אחרת מהאתר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שלכל אפשרות תשובה בשאלון אישיות תהיה 'מפלגה' משלה, ולא תשובה אחת נכונה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שתיים מהמפלגות באתר וכתבו שאלה חדשה שתבדיל ביניהן בשאלון אישיות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לשון נכונה וכתיבה מגוונת – זיהוי לשון מכלילה ופיסוק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הפנייה 'מורים יקרים, גשו לקלפי' היא דוגמה ללשון רבים מכלילה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הניסוח 'תלמידים ותלמידות, בחרו פתק' הוא דוגמה נכונה ללשון מכלילה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לסיים סיסמה כמו 'איפה הכוס החד-פעמית שלי' בסימן שאלה כדי להביע תמיהה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שום חשיבות לפיסוק בסיסמאות של המפלגות באתר הקלפי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לשון נכונה וכתיבה מגוונת – תרגול יישומי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משפט פונה גם לבנים וגם לבנות?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מורים יקרים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מורות יקרות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מורים ומורות יקרים/ות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 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סימן פיסוק מתאים לשאלה?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סימן מתאים למשפט קריאה נלהב?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לשון נכונה וכתיבה מגוונת – התאמת סיסמאות לאימוג׳ים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איפה הכוס החד-פעמית שלי?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🧊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יש למישהו כפית?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🔌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איפה יש קרח לתלמיד?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🥤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 הביא עוגיות?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🥄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שכחתי את המטען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לשון נכונה וכתיבה מגוונת – כתיבה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 מזמין פיצה__________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קלפי בבחירות אמיתיות?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תיבה להצבעת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מכונת צילום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ארוחת 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לקבוצה קטנה בתוך מפלגה?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מפלגה קשורה לקפה?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מפלגת הקפה השלישי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תנועת הצלצול המוקדם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ברית אין לי קליטה בטיול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שכחתי את המטען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בנוי השאלון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לגלות איזו מפלגה הכי מתאימה 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ממשלה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למדוד ציונים במבחן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לקבוע מערכת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מצחיק בשם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הפרזה על מצב יומיומי 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מדעי מדויק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נאום פוליטי רציני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המשמעות של 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התאגדות של כמה גורמים סביב מטרה 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מאכל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מועד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חשוב כשממציאים מפלגה מצחיקה?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קשר לחוויה אמיתית ומוכרת, בלי לפגוע באף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פגיעה באנשים אמיתיים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שימוש בקללות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העתקה מדויקת מהאתר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איך משפרים טקסט מצחיק?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שימוש במילים נרדפות ומשפטים בסגנונות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אותה מילה כל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כתיבה בלי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כתיבה קצרה מדי בלי פרטים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המציאו שם מצחיק למפלגה חדשה שמתארת בעיה אמיתית מהכיתה שלכם, ונמקו בקצרה למה הוא מצחיק.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שימוש במילים מעולם הפוליטיקה (מפלגה, קלפי, סיעה) בהקשר הומוריסטי יוצר אפקט מצחיק.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שתי שאלות לשאלון אישיות שיעזרו לגלות איזו "מפלגת הפסקה" מתאימה לתלמיד, בהשראת השאלון באתר.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 או יודעת להסביר את ההבדל בין מפלגה, סיעה ותנועה?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לזהות לפחות שני אמצעי הומור בשמות שמופיעים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להמציא מפלגה משלי עם שם וסיסמה קצרה וברורה?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הקלפי של חדר המורים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