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ולהבחין בין מילים שונות לקבוצה פוליטית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 הומור כמו הגזמה ואירוניה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קצרה בהשראת דוגמה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ההיגיון שמאחורי בניית שאלון אישיות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מילים מעולם הפוליטיקה – מה המילה הנכונה?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כתוב 'שלשלו אותו לקלפי' – כלומר הקלפי היא תיבת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לשלשל פירושו להכניס את הפתק פנימה לתוך הקלפי, לא לקרוע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מילים מעולם הפוליטיקה – מתאימים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("איפה הכוס החד-פעמית שלי?")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(מכונת הצילום התקועה)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("מי הביא עוגיות?")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("שכחתי את המטען")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("אין לי קליטה בטיול")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ו (הגוש השקט בהפסקה)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מילים מעולם הפוליטיקה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מקובלת: שתיהן קבוצה של אנשים עם רעיון משותף, אך 'תנועה' נשמעת יותר כמו קבוצה שפועלת למען שינוי, ו'מפלגה' היא שם כללי לקבוצה שמשתתפת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שמנו קופסה על השולחן, וזו תהיה הקלפי להצבעה על טיול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'סיעת מכונת הצילום התקועה' או 'רשימת שכחתי את המטען' - המילים נבחרו כי הן נשמעות רשמיות ומצחיקות יחד עם הנושא הקטן והיומיומי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- חשוב שהתלמיד יסביר קשר הגיוני בין המילה למאפייני הקבוצה שבחר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הומור וכתיבה מצחיקה – הכרות עם ההומור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יש בו הגזמה על הצורך בכמות קפה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תסכול מחוסר קשר טלפוני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הצגת דבר קטן כגדול ומוגזם כדי לגרום לצחוק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הומור וכתיבה מצחיקה – מצבים מוכרים ואירוניה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הצלצול שמסמן סוף שיעור או הפסקה הוא חלק מהיום יום של כל מורה ותלמיד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ההומור מבוסס דווקא על מצבים מוכרים וחוזרים שכל מורה ומורה מכירים מניסיון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השם מגזים ומתאר תהליך הירדמות מיידית אחרי מענה להודעה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הומור וכתיבה מצחיקה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(חיפוש אחר חפץ קטן ושימושי בחדר המורים)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(ציפייה לכיבוד משותף בחדר המורים)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(תקלה טכנית מוכרת שמעצבנת את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(שכחת ציוד אלקטרוני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(התמודדות הומוריסטית עם עומס ולחץ)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הומור וכתיבה מצחיקה – אירוניה בשמות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תנועת נשימה עמוקה, זה רק יום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כתיבה יצירתית: מפלגה משלי – מה כבר ראינו באתר?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נושא קטן ומצחיק מחיי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גלו איזו מפלגה אתם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ברית "אין לי קליטה בטיול"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כתיבה יצירתית: מפלגה משלי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עוגיות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מדפסת (🖨️)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עומס או דחיינות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עייפות או לחץ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כתיבה יצירתית: מפלגה משלי – הקמת המפלגה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נושא יומיומי מבית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סמל והסבר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- שם מקורי בהשראת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- סיסמה קצרה ומשעשעת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איך בונים שאלון אישיות – מה כתוב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כתוב במפורש שהשאלון כולל 11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בדיוק שני השלבים המופיעים בעמוד הראשי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מפלגה הומוריסטית על הצורך בכוס קפה נוספת במהלך יום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מדובר במשחק הומוריסטי על מצבים מוכרים בחדר המורים, לא בפוליטיקה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הרעיון ההומוריסטי שמסתתר מאחורי שם המפלגה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איך בונים שאלון אישיות – התאמת מפלגה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(תלמיד נחבל ואין קרח בחדר המורים)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(מורה בטיול שנתי שאין לו קליטה בטלפון)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(הסוללה של הטלפון של המורה עומדת להיגמר)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(ערימת מבחנים שמחכה על השולחן)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(מורה שמחכה להדפיס דפי עבודה והמכונה נתקעת)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איך בונים שאלון אישיות – כתיבת שאלות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מה אתם עושים כשנגמר הזמן בהפסקה? א. רצים לבדוק מבחנים (מפלגת 'עוד לא בדקתי מבחנים') ב. יוצאים לנשום רגע בשקט (תנועת 'נשימה עמוקה') ג. מחפשים עוד עוגייה (תנועת 'מי הביא עוגיות')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שהשאלון יתאים לאנשים שונים ולא ידרג מי צודק; כל תשובה מובילה לתוצאה שמתארת סוג אחר של מורה, וכך השאלון נשאר משעשע והוגן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לדוגמה, בין 'מפלגת הקפה השלישי' ל'תנועת נשימה עמוקה': מה עושים כשיש חמש דקות פנויות בהפסקה? א. הולכים להכין קפה נוסף ב. עוצמים עיניים ונושמים עמוק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לשון נכונה וכתיבה מגוונת – זיהוי לשון מכלילה ופיסוק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הניסוח פונה רק לזכרים, הכתיבה המכלילה היא 'מורים ומורות'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פונה גם לבנים וגם לבנות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סימן השאלה מתאים למשפט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הפיסוק עוזר להעביר את הטון, למשל תמיהה או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לשון נכונה וכתיבה מגוונת – תרגול יישומי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מורים ומורות יקרים/ות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סימן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לשון נכונה וכתיבה מגוונת – התאמת סיסמאות לאימוג׳ים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(🥄)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(🧊)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(🔌)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לשון נכונה וכתיבה מגוונת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להצבעת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מפלגת הקפה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לגלות איזו מפלגה הכי מתאימה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הפרזה על מצב יומיומי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התאגדות של כמה גורמים סביב מטרה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קשר לחוויה אמיתית ומוכרת, בלי לפגוע באף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שימוש במילים נרדפות ומשפטים בסגנונות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יצירתי הקשור לבעיה מוכרת מהכיתה, עם הסבר קצר על ההומור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יש ניגוד בין עולם רציני (פוליטיקה) לבין מצבים קטנים ויומיומיים בחדר המורים, והניגוד הזה מצחיק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 שאלות רב-ברירה קצרות שמתאימות לרוח השאלון באתר ומובילות לתוצאה הומוריסטית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הבנה שהמילים דומות אך לא זהות, עם דוגמה אחת לפחות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מזהה הגזמה או אירוניה ומסבירה מה מצחיק בה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שם מקורי, סמל מתאים וסיסמה קצרה עד שמונה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לשני שיעורים – שיעור ראשון לפרקים 1-2, שיעור שני לפרקים 3-5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מוכנה לבחירה בפרק הכתיבה היצירתית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משימה של כתיבת שאלה נוספת לשאלון בהשראת 11 השאלות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שיתוף בכיתה בסוף השיעור, כדי שכל תלמיד יציג מפלגה אחת שהמציא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נעבוד על האתר המשעשע על חדר המורים. בכל פרק יש תרגילים קצרים – אפשר לפתור לבד או בזוגות. קראו כל דוגמה מהאתר לפני שעונים.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מילים מעולם הפוליטיקה – מה המילה הנכונה?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 היא הקופסה שלתוכה משלשלים את הפתק עם ההצבעה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'לשלשל' פירושה לקרוע את הפתק לפני ההצבעה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מילים מעולם הפוליטיקה – מתאימים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"איפה הכוס החד-פעמית שלי?"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"שכחתי את המטען"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מכונת הצילום התקועה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"אין לי קליטה בטיול"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"מי הביא עוגיות?"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הגוש השקט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מילים מעולם הפוליטיקה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המילה 'מפלגה' למילה 'תנועה', לפי הדוגמאות באתר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משלכם שבו משתמשים במילה 'קלפי' בהקשר של הכיתה (לא פוליטי אמיתי)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באתר שם מפלגה שמתחיל במילה 'סיעת' או 'רשימת' והסבירו מדוע לדעתכם נבחרה דווקא מילה זו ולא 'מפלגה'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שלוש מילים מהתרגיל (מפלגה, סיעה, תנועה, רשימה, ברית, גוש) הייתם בוחרים כדי לתאר קבוצות שונות בכיתה שלכם, ולמה דווקא אותן?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הומור וכתיבה מצחיקה – הכרות עם ההומור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השם 'מפלגת הקפה השלישי' מצחיק?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זו מפלגה אמיתית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בו הגזמה על הצורך בכמות קפה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מדובר בקפה איכותי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שם רציני ועצוב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רגש מבטא השם 'ברית אין לי קליטה בטיול'?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תסכול מחוסר קשר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הגזמה כאמצעי הומוריסטי?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מדויק של המציאות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הצגת דבר קטן כגדול ומוגזם כדי לגרום לצחוק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במילים קשות וגבוהות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רצינית ועניינית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הומור וכתיבה מצחיקה – מצבים מוכרים ואירוניה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'תנועת הצלצול המוקדם' מתאר מצב מוכר מחיי 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ההומור באתר מבוסס על מצבים נדירים שכמעט אף פעם לא קורים בבית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'תנועת ראיתי, עניתי, נרדמתי' מתאר בהגזמה קומית עייפות קיצונית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הומור וכתיבה מצחיקה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מפלגת איפה הכוס החד-פעמית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התמודדות הומוריסטית עם עומס ולחץ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תנועת מי הביא עוגיות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שכחת ציוד אלקטרוני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סיעת מכונת הצילום התקועה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ציפייה לכיבוד משותף בחדר המורים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רשימת שכחתי את המטען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חיפוש אחר חפץ קטן ושימושי בחדר המורים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תנועת נשימה עמוקה זה רק יום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תקלה טכנית מוכרת שמעצבנת את כולם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הומור וכתיבה מצחיקה – אירוניה בשמות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שם יש אירוניה, כלומר אמירה שנשמעת מרגיעה אך למעשה מבטאת לחץ?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נשימה עמוקה, זה רק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שכחתי את המטען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סיעת הספה בחדר המורים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כתיבה יצירתית: מפלגה משלי – מה כבר ראינו באתר?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משותף לכל המפלגות שמופיעות באתר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 רציני מהפוליטיקה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 קטן ומצחיק מחיי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 מתמטי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נושא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בכמה שלבים מצביעים בקלפי של חדר המורים?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הסמל של מפלגת "איפה הכוס החד-פעמית שלי?"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🥄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🧊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הפעילות שמופיעה בתחתית הדף ועוזרת לגלות איזו מפלגה מתאימה לכם?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האישיות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גלו איזו מפלגה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הצבעה חוזרת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סקר דעת 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מפלגה עוסקת בבעיה של חוסר קליטה בטלפון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ברית "אין לי קליטה בטיול"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"שכחתי את המטען"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מפלגת הקפה השלישי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כתיבה יצירתית: מפלגה משלי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תנועת "מי הביא עוגיות?" עוסקת בחיפוש אחר __________ בחדר המורים.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סיעת מכונת הצילום התקועה מיוצגת על ידי סמל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מפלגת "עוד לא בדקתי מבחנים" מתארת תחושה מוכרת של __________ אצל מורים.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תנועת "נשימה עמוקה, זה רק יום שלישי" משתמשת בהומור כדי לתאר __________ של המורים באמצע השבוע.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כתיבה יצירתית: מפלגה משלי – הקמת המפלגה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קטן מחיי בית הספר שמשעשע או מרגיז אתכם לפעמים, וכתבו אותו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סמל אמוג'י אחד שמתאים לנושא שבחרתם, וכתבו למה בחרתם דווקא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שם למפלגה החדשה שלכם, בהשראת שמות כמו "מפלגת...", "תנועת..." או "סיעת..."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סיסמה קצרה (עד 8 מילים) למפלגה שלכם, בסגנון המפלגות באתר.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איך בונים שאלון אישיות – מה כתוב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בשאלון שבאתר יש 11 שאלות שעוזרות לגלות איזו 'מפלגה' מתאימה 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'להצביע' באתר צריך קודם לבחור פתק ואז לשלשל אותו לקלפי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'מפלגת הקפה השלישי' עוסקת בתלמידים שלא הביאו שיעורי 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ה'מפלגות' באתר מייצגות מפלגות פוליטיות אמיתיות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'תנועת הצלצול המוקדם' מתייחס למורים שהיו רוצים שהפעמון יצלצל מוקדם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איך בונים שאלון אישיות – התאמת מפלגה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מפלגת "איפה יש קרח לתלמיד?"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מורה שמחכה להדפיס דפי עבודה והמכונה נתקעת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ברית "אין לי קליטה בטיול"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ערימת מבחנים שמחכה על השולחן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רשימת "שכחתי את המטען"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מורה בטיול שנתי שאין לו קליטה בטלפון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מפלגת "עוד לא בדקתי מבחנים"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 נחבל ואין קרח בחדר המורים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סיעת מכונת הצילום התקועה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הסוללה של הטלפון של המורה עומדת להיגמר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איך בונים שאלון אישיות – כתיבת שאלות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נסחו שאלה סגורה אחת עם 3 אפשרויות תשובה, שיכולה להופיע בשאלון, כך שכל אפשרות תתאים ל'מפלגה' אחרת מהאתר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שלכל אפשרות תשובה בשאלון אישיות תהיה 'מפלגה' משלה, ולא תשובה אחת נכונה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שתיים מהמפלגות באתר וכתבו שאלה חדשה שתבדיל ביניהן בשאלון אישיות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לשון נכונה וכתיבה מגוונת – זיהוי לשון מכלילה ופיסוק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הפנייה 'מורים יקרים, גשו לקלפי' היא דוגמה ללשון רבים מכלילה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הניסוח 'תלמידים ותלמידות, בחרו פתק' הוא דוגמה נכונה ללשון מכלילה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לסיים סיסמה כמו 'איפה הכוס החד-פעמית שלי' בסימן שאלה כדי להביע תמיהה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חשיבות לפיסוק בסיסמאות של המפלגות באתר הקלפי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לשון נכונה וכתיבה מגוונת – תרגול יישומי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ניסוח הוא בלשון רבים מכלילה?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מורות יקרות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מורים ומורות יקרים/ות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סימן פיסוק הכי מתאים לסיים בו את הסיסמה 'איפה יש פלסטר בביה"ס הזה'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הוראה כמו 'שלשלו את הפתק לקלפי' איזה סימן פיסוק הכי מתאים בסופו כדי להביע התלהבות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לשון נכונה וכתיבה מגוונת – התאמת סיסמאות לאימוג׳ים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 הכוס החד-פעמית שלי?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🔌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למישהו כפית?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 יש קרח לתלמיד?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הביא עוגיות?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🧊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שכחתי את המטען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🥄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לשון נכונה וכתיבה מגוונת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מזמין פיצה__________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המקורית של המילה "קלפי"?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 להצבעת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מכונת 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באתר מתארת קבוצה קטנה בתוך מפלגה, כמו "סיעת הספה בחדר המורים"?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מפלגה באתר עוסקת בחוסר קפה בחדר המורים?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ברית אין לי קליטה בטיול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שכחתי את המטען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המטרה של שאלון אישיות כמו זה שבאתר?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לגלות איזו מפלגה הכי מתאימה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ממשלה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למדוד ציונים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מערכת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אמצעי הומור בולט בשם "תנועת נשימה עמוקה, זה רק יום שלישי"?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הפרזה על מצב יומיומי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מדעי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נאום פוליטי רציני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"ברית" בהקשר הפוליטי המוצג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התאגדות של כמה גורמים סביב מטרה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מועד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כשכותבים מפלגה הומוריסטית משלי, מה חשוב לשמור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 לחוויה אמיתית ומוכרת, בלי לפגוע באף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פגיעה באנשים אמיתיים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בקללות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העתקה מדויקת מהאתר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דרך כתיבה מגוונת יכולה לשפר טקסט הומוריסטי?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במילים נרדפות ומשפטים בסגנונות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אותה מילה כל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 בלי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קצרה מדי בלי פרטים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המציאו שם מצחיק למפלגה חדשה שמתארת בעיה אמיתית מהכיתה שלכם, ונמקו בקצרה למה הוא מצחיק.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שימוש במילים מעולם הפוליטיקה (מפלגה, קלפי, סיעה) בהקשר הומוריסטי יוצר אפקט מצחיק.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שאלות לשאלון אישיות שיעזרו לגלות איזו "מפלגת הפסקה" מתאימה לתלמיד, בהשראת השאלון באתר.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 או יודעת להסביר את ההבדל בין מפלגה, סיעה ותנועה?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לזהות לפחות שני אמצעי הומור בשמות שמופיעים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להמציא מפלגה משלי עם שם וסיסמה קצרה וברורה?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הקלפי של חדר המורים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